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הזמנה לטקס חנוכה ותוכנייה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ההזמנה והתוכנייה לטקס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שמונת הערכים של הנרות ואת סדר חלקי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 ההזמנה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ההזמנה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שכבה ז׳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באולם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מדליק/ת השמש והמקהלה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סבים, אחים, דודים וכל מי שאוהב את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מופיע כשיר הסיום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ההזמנה מציינת מקומות נגישים בשורה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פריט הפתיחה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מקהלה, מערכון וקריאה קולית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מעוז 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מחנכת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חלק בתוכנייה ומי מבצע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(המקהלה)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(המנחות והמנחים)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(שמונה מדליקות ומדליקים מכל השכבות)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(שחקניות ושחקני הטקס)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 הקהל)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'באנו חושך לגרש'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ברכת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הסיפור בשקט – מה קרה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הדלקת השמש וברכות ההדלקה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שמונה נרות – שמונה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שיר סיום – 'מעוז צור'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קשר בין הערך לחנוכה, למשל נתינה – לעזור לאחרים ולחלוק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שכולם יוכלו להשתתף ולראות את הטקס בנוחות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של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אומץ, תקווה, נתינה, אחדות, חוסן, ענווה, הכרת תודה, אור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מעוז צור בית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תפקידים מהתוכנייה ולתרגל קריאה בקול לפני הטקס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המקומות הנגישים ואת הפנייה למחנך/ת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הזמנה לטקס חנוכה ותוכנייה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תוכן ההזמנה לטקס חנוכה 'אור של יחד' ואת סדר התוכנייה, כולל שמונת הערכים שמקבלים הנרות.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ההזמנה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שכבה מיועד הטקס לפי ההזמנה?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שכבה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שכבה ז׳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שכבה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שכבה 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חודש עברי מתקיים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מתקיים הטקס לפי ההזמנה?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בחצר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ערכים מקבלים שמונת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מדליק את השמש לפי התוכנייה?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הקהל כולו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מדליק/ת השמש והמקהלה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המחנכת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מוזמן לטקס לפי ההזמנה, חוץ מהורים?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סבים, אחים, דודים וכל מי שאוהב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נוסף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יש מערכון בשם 'הנר שחשב שהוא קטן מדי'.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הסיום בטקס הוא 'מעוז צור'.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בהזמנה נכתב שאין מקומות נגישים שמורים.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 נפתח בשיר 'באנו חושך לגרש'.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משתתפות רק קריינות, ללא שירה.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שמונה נרות מקבלים שמונה __________ כמו אומץ ותקווה.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בתוכנייה כתוב שהקריינות מספרת על הסיפור בשקט – מה קרה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ההדלקה הראשונה עושה מדליק/ת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הטקס מסתיים בשיר __________ בית ראשון.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הקבוצה ששרה בפתיחת הטקס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ההזמנה מבקשת ממי שזקוק להתאמה לעדכן את ה__________ מראש.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חלק בתוכנייה ומי מבצע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הקהל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ברכת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שמונה מדליקות ומדליקים מכל השכבות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שמונה 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המנחות והמנחים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המקהלה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רגע של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שחקניות ושחקני הטקס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בתוכנייה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שמונה נרות – שמונה ערכים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הדלקת השמש וברכות ההדלקה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סיום – 'מעוז צור'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בשקט – מה קרה בחנוכה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'באנו חושך לגרש'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ברכת פתיחה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משמונת הערכים (למשל נתינה או אחדות) והסבירו בכמה מילים למה הוא חשוב בטקס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בחרו לשים מקומות נגישים בשורה הראשונה?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הטקס המוזכר בהזמנה?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ערכים שמקבלים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שיר הסיום של הטקס?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הזמנה לטקס חנוכה ותוכנייה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