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הזמנה לטקס חנוכה ותוכנייה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ההזמנה והתוכנייה לטקס 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שמונת הערכים של הנרות ואת סדר חלקי הטקס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על טקסט ההזמנה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ההזמנה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שכבה ז׳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כסלו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באולם 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מדליק/ת השמש והמקהלה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סבים, אחים, דודים וכל מי שאוהב את התלמידים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בתוכנייה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מופיע כשיר הסיום בתוכנייה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ההזמנה מציינת מקומות נגישים בשורה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פריט הפתיחה בתוכנייה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גם מקהלה, מערכון וקריאה קולית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מעוז 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מקהלה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מחנכת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– חלק בתוכנייה ומי מבצע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(המקהלה)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(המנחות והמנחים)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(שמונה מדליקות ומדליקים מכל השכבות)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(שחקניות ושחקני הטקס)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(כל הקהל)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בתוכנייה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– 'באנו חושך לגרש'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ברכת 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הסיפור בשקט – מה קרה בחנוכה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הדלקת השמש וברכות ההדלקה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שמונה נרות – שמונה 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שיר סיום – 'מעוז צור'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שמסבירה קשר בין הערך לחנוכה, למשל נתינה – לעזור לאחרים ולחלוק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שכולם יוכלו להשתתף ולראות את הטקס בנוחות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אור של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שניים מתוך: אומץ, תקווה, נתינה, אחדות, חוסן, ענווה, הכרת תודה, אור לאחרים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מעוז צור בית 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לתלמידים תפקידים מהתוכנייה ולתרגל קריאה בקול לפני הטקס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חשיבות המקומות הנגישים ואת הפנייה למחנך/ת מראש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את הפריטים המסומנים skip_n בגרסה המותאמת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הזמנה לטקס חנוכה ותוכנייה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ההזמנה לטקס חנוכה ועל סדר הדברים בטקס. יש בטקס שמונה נרות ולכל נר ערך משלו.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תוכנייה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שמסביר מה קורה בטקס ובאיזה סדר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חשוב שרוצים ללמד, למשל אומץ או נתינה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מקהלה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ששרה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קריינות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דיבור שמספר או מסביר לקהל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מנחים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שמנהלים את הטקס ומדברים בין החלקים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שמש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הנר שמדליקים ראשון ובעזרתו מדליקים את שאר הנרות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מערכון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קטע קצר שמשחקים בו שחקנים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אולם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גדול שבו מתקיים הטקס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ההזמנה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שכבה חוגגת את הטקס?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שכבה ו׳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שכבה ז׳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שכבה ח׳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שכבה ט׳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שם החודש העברי של הטקס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המקום של הטקס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בחצר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באולם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בבית 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בפארק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ערכים יש לנרות?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מדליק את הנר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הקהל כולו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מדליק/ת השמש והמקהלה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המחנכת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עוד מוזמן לטקס?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סבים, אחים, דודים וכל מי שאוהב את התלמידים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 נוסף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בטקס יש מערכון בשם 'הנר שחשב שהוא קטן מדי'.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 הסיום בטקס הוא 'מעוז צור'.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בהזמנה נכתב שאין מקומות נגישים שמורים.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 נפתח בשיר 'באנו חושך לגרש'.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בטקס משתתפות רק קריינות, ללא שירה.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שמונה נרות מקבלים שמונה __________ כמו אומץ ותקווה.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בתוכנייה כתוב שהקריינות מספרת על הסיפור בשקט – מה קרה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את ההדלקה הראשונה עושה מדליק/ת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הטקס מסתיים בשיר __________ בית ראשון.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הקבוצה ששרה בפתיחת הטקס נקראת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ההזמנה מבקשת ממי שזקוק להתאמה לעדכן את ה__________ מראש.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– חלק בתוכנייה ומי מבצע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פתיחה בשיר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שחקניות ושחקני הטקס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ברכת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המקהלה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שמונה ערכים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המנחות והמנחים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מערכון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כל הקהל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רגע של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שמונה מדליקות ומדליקים מכל השכבות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בתוכנייה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 סיום – 'מעוז צור'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שמונה נרות – שמונה ערכים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– 'באנו חושך לגרש'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בשקט – מה קרה בחנוכה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הדלקת השמש וברכות ההדלקה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ברכת פתיחה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משמונת הערכים (למשל נתינה או אחדות) והסבירו בכמה מילים למה הוא חשוב בטקס חנוכה.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לדעתכם בחרו לשים מקומות נגישים בשורה הראשונה?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שם הטקס המוזכר בהזמנה?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שני ערכים שמקבלים הנרות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שיר הסיום של הטקס?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הזמנה לטקס חנוכה ותוכנייה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