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הזמנה לטקס חנוכה ותוכנייה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ההזמנה והתוכנייה לטקס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שמונת הערכים של הנרות ואת סדר חלקי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 ההזמנה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ההזמנה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שכבה ז׳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באולם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 כשיר הסיום בתוכנייה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חלק בתוכנייה ומי מבצע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(המקהלה)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(המנחות והמנחים)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(שמונה מדליקות ומדליקים מכל השכבות)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(שחקניות ושחקני הטקס)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'באנו חושך לגרש'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ברכת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הסיפור בשקט – מה קרה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הדלקת השמש וברכות ההדלקה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קשר בין הערך לחנוכה, למשל נתינה – לעזור לאחרים ולחלוק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של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אומץ, תקווה, נתינה, אחדות, חוסן, ענווה, הכרת תודה, אור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מעוז צור בית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תפקידים מהתוכנייה ולתרגל קריאה בקול לפני הטקס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המקומות הנגישים ואת הפנייה למחנך/ת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הזמנה לטקס חנוכה ותוכנייה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תוכן ההזמנה לטקס חנוכה 'אור של יחד' ואת סדר התוכנייה, כולל שמונת הערכים שמקבלים הנרות.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ערכים  ·  שמש  ·  חנוכה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ההזמנה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שכבה מיועד הטקס לפי ההזמנה?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שכבה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שכבה ז׳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שכבה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חודש עברי מתקיים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מתקיים הטקס לפי ההזמנה?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בחצר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 יש מערכון בשם 'הנר שחשב שהוא קטן מדי'.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הסיום בטקס הוא 'מעוז צור'.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שמונה נרות מקבלים שמונה __________ כמו אומץ ותקווה.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בתוכנייה כתוב שהקריינות מספרת על הסיפור בשקט – מה קרה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 ההדלקה הראשונה עושה מדליק/ת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חלק בתוכנייה ומי מבצע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שמונה מדליקות ומדליקים מכל השכבות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ברכת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שחקניות ושחקני 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שמונה 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המנחות והמנחים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המקהלה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בתוכנייה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הדלקת השמש וברכות ההדלקה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– 'באנו חושך לגרש'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ברכת 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בשקט – מה קרה בחנוכה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משמונת הערכים (למשל נתינה או אחדות) והסבירו בכמה מילים למה הוא חשוב בטקס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הטקס המוזכר בהזמנה?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ערכים שמקבלים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הזמנה לטקס חנוכה ותוכנייה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